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Egrigba Timothy Achi</w:t>
      </w:r>
    </w:p>
    <w:p>
      <w:r>
        <w:t>Lagos, Nigeria</w:t>
      </w:r>
    </w:p>
    <w:p>
      <w:r>
        <w:t>egrigbat@gmail.com | github.com/egrigbat-cmyk</w:t>
      </w:r>
    </w:p>
    <w:p/>
    <w:p>
      <w:r>
        <w:t>SUMMARY</w:t>
      </w:r>
    </w:p>
    <w:p>
      <w:r>
        <w:t>I’m a Telecommunications Engineering graduate building a career in cloud engineering. Over the past few months I’ve gained hands on experience deploying AWS infrastructure, writing automation scripts in Python and Bash, and managing Linux servers. I’m currently finalising my AWS Cloud Practitioner certification and actively working on real projects that reflect what I can do in a professional environment.</w:t>
      </w:r>
    </w:p>
    <w:p/>
    <w:p>
      <w:r>
        <w:t>TECHNICAL SKILLS</w:t>
      </w:r>
    </w:p>
    <w:p>
      <w:r>
        <w:t>Cloud (AWS): EC2, S3, IAM, VPC, RDS, Lambda, CloudWatch, SNS, SQS, ELB, Auto Scaling</w:t>
      </w:r>
    </w:p>
    <w:p>
      <w:r>
        <w:t>Linux: CLI, Bash scripting, cron jobs, SSH, process and package management</w:t>
      </w:r>
    </w:p>
    <w:p>
      <w:r>
        <w:t>Programming: Python - automation, file handling, data parsing, OOP | JavaScript, HTML, CSS</w:t>
      </w:r>
    </w:p>
    <w:p>
      <w:r>
        <w:t>Networking: TCP/IP, DNS, DHCP, VPN, subnetting, OSI model</w:t>
      </w:r>
    </w:p>
    <w:p>
      <w:r>
        <w:t>Tools: Git, GitHub, VS Code, AWS CLI</w:t>
      </w:r>
    </w:p>
    <w:p/>
    <w:p>
      <w:r>
        <w:t>PROJECTS</w:t>
      </w:r>
    </w:p>
    <w:p>
      <w:r>
        <w:t xml:space="preserve">AWS Infrastructure Deployment: </w:t>
      </w:r>
    </w:p>
    <w:p>
      <w:r>
        <w:t>Set up and configured cloud infrastructure from scratch VPCs, EC2 instances, S3 buckets and IAM policies  using both the AWS Console and CLI. Focused on access control and basic network segmentation.</w:t>
      </w:r>
    </w:p>
    <w:p>
      <w:r>
        <w:t>Network Log Analyzer : Python</w:t>
      </w:r>
    </w:p>
    <w:p>
      <w:r>
        <w:t>Built a script that reads server logs, filters out error events and summarises device activity. Designed to make troubleshooting faster and more structured.</w:t>
      </w:r>
    </w:p>
    <w:p>
      <w:r>
        <w:t>Server Health Monitor : Bash</w:t>
      </w:r>
    </w:p>
    <w:p>
      <w:r>
        <w:t>Wrote a monitoring script that checks disk usage, memory and open ports, then logs everything with a timestamp. Set it up to run automatically using cron jobs.</w:t>
      </w:r>
    </w:p>
    <w:p>
      <w:r>
        <w:t>Subnet Calculator : Python</w:t>
      </w:r>
    </w:p>
    <w:p>
      <w:r>
        <w:t>Built a tool that calculates subnet ranges, usable hosts and broadcast addresses from a given prefix length useful for quick network planning.</w:t>
      </w:r>
    </w:p>
    <w:p>
      <w:r>
        <w:t>Network Device Manager : Python</w:t>
      </w:r>
    </w:p>
    <w:p>
      <w:r>
        <w:t>A simple CLI application for tracking network devices, with search, status updates and inventory management built in.</w:t>
      </w:r>
    </w:p>
    <w:p/>
    <w:p>
      <w:r>
        <w:t>EDUCATION</w:t>
      </w:r>
    </w:p>
    <w:p>
      <w:r>
        <w:t>B.Eng. Electrical &amp; Electronics Engineering (Telecommunications)</w:t>
      </w:r>
    </w:p>
    <w:p>
      <w:r>
        <w:t>University of Cross River State  2019 – 2025</w:t>
      </w:r>
    </w:p>
    <w:p/>
    <w:p>
      <w:r>
        <w:t>EXPERIENCE</w:t>
      </w:r>
    </w:p>
    <w:p>
      <w:r>
        <w:t>IT Support : Kogi State Broadcasting Station, Lokoja</w:t>
      </w:r>
    </w:p>
    <w:p>
      <w:r>
        <w:t>February 2024 – October 2024</w:t>
      </w:r>
    </w:p>
    <w:p>
      <w:r>
        <w:t>Supported the station’s network infrastructure during live broadcasts. Handled connectivity issues, troubleshot system faults and worked to keep downtime as low as possible during critical transmission periods.</w:t>
      </w:r>
    </w:p>
    <w:p/>
    <w:p>
      <w:r>
        <w:t>CERTIFICATIONS</w:t>
      </w:r>
    </w:p>
    <w:p>
      <w:r>
        <w:t>AWS Certified Cloud Practitioner - In Progress</w:t>
      </w:r>
    </w:p>
    <w:p/>
    <w:p>
      <w:r>
        <w:t xml:space="preserve">ADDITIONAL: </w:t>
      </w:r>
    </w:p>
    <w:p>
      <w:r>
        <w:t>I enjoy building things that solve real. Currently open For internships and entry-level opportunities in cloud, IT support or infrastructure roles.</w:t>
      </w:r>
    </w:p>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